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שאלה שונות ולהבין מה כל אחת בודקת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הבנה לפי קטע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שאלות משלנו בעזרת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שעלה לפני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בקטע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מילת שאלה ומה היא בודקת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אלכס עולה עם משפחתו מאוקראינה לחיפה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אלכס לא מכיר אף אחד ולא מבין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מירב מציעה לו להצטרף לחוג רובוטיקה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אלכס מגלה שהוא מבין הרבה בתכנות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הקשורה לסיפור, למשל: עם מי אלכס בונה את הרובוט?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הגיונית הקשורה לסיפור, למשל: למה אלכס פחד לשאול שאלות בהתחלה?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שמתי בודקת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עונה: מאוקראינה לחיפה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כוללת מילת שאלה מתאימה ומתייחסת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תחילת הדף כדי לוודא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לכתוב את מילות השאלה והתשובות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להקריא את השאלות שכתבו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נקרא את הסיפור על אלכס, שעלה מאוקראינה לחיפה, ונתרגל מילות שאלה כמו מי, מה, איפה, מתי, מדוע וכיצד.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מאיפה  ·  מתי  ·  מי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מאיפה עלה אלכס?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עיר עלה אלכס?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אלכס עלה לישראל לפני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בשבוע הראשון אלכס לא הכיר אף אחד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עלה אלכס? - מאוקראינה.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עלה אלכס לישראל? - לפני חודשיים.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הציעה לאלכס להצטרף לחוג? - מירב.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מילת שאלה ומה היא בודקת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איפה / מאיפה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מדוע /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אלכס לא מכיר אף אחד ולא מבין 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מירב מציעה לו להצטרף לחוג רובוטיקה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אלכס מגלה שהוא מבין הרבה בתכנות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אלכס עולה עם משפחתו מאוקראינה לחיפה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על הסיפור שמתחילה במילה "עם מי?"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שאלה על הסיפור שמתחילה במילה "למה" או "מדוע"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בודקת מילת השאלה "מתי"?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מאיפה ולאן עלה אלכס?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