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שונות ולהבין מה כל אחת בודקת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הבנה לפי קטע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שאלות משלנו בעזרת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רובוטיקה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שלישי בארבע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שעלה לפני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בסיפור שהוא עזר לחברים בתכנות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בסיפור כתוב שזו תחרות ארצית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אומר שבהתחלה כן פחד לשאול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רובוט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מילת שאלה ומה היא בודקת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(דרך או אופן)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אלכס עולה עם משפחתו מאוקראינה לחיפה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אלכס לא מכיר אף אחד ולא מבין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מירב מציעה לו להצטרף לחוג רובוטיקה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אלכס מגלה שהוא מבין הרבה בתכנות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אלכס ומירב בונים יחד רובוט לתחרות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הקשורה לסיפור, למשל: עם מי אלכס בונה את הרובוט?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הקשורה לסיפור, למשל: למה אלכס פחד לשאול שאלות בהתחלה?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הגיונית עם מילת שאלה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שמתי בודקת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עונה: מאוקראינה לחיפה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כוללת מילת שאלה מתאימה ומתייחסת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הדף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לכתוב את מילות השאלה והתשובות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להקריא את השאלות שכתבו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את הסיפור על אלכס, שעלה מאוקראינה לחיפה, ונתרגל מילות שאלה כמו מי, מה, איפה, מתי, מדוע וכיצד.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עלה אלכס?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עיר עלה אלכס?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הציעה לאלכס להצטרף לחוג?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 אלכס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חוג הצטרף אלכס?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רובוטיקה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יום ובאיזו שעה נפגשים אלכס ומירב לבנות רובוט?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 בשמונה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 בארבע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שישי בעשר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רביעי בשתיים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עלה לישראל לפני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אלכס לא הכיר אף אחד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גילה שהוא מבין הרבה בתכנות.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ומירב בונים רובוט לתחרות בית ספרית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אומר שבהתחלה הוא לא פחד לשאול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עלה אלכס? - מאוקראינה.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עלה אלכס לישראל? - לפני חודשיים.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הציעה לאלכס להצטרף לחוג? - מירב.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היה קשה לאלכס בשבוע הראשון? - כי לא הכיר אף אחד ולא הבין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עזרו אלכס והחברים זה לזה? - בתכנות ובעברית.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בכל יום שלישי אלכס ומירב בונים __________ קטן.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מילת שאלה ומה היא בודקת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 / מאיפה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או אופן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מדוע /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כיצד / 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מגלה שהוא מבין הרבה בתכנות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ומירב בונים יחד רובוט לתחרות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לא מכיר אף אחד ולא מבין 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עולה עם משפחתו מאוקראינה לחיפה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מירב מציעה לו להצטרף לחוג רובוטיקה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על הסיפור שמתחילה במילה "עם מי?"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על הסיפור שמתחילה במילה "למה" או "מדוע"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 מילות שאלה נוספות (למשל כמה, איך) וכתבו איתן שאלה אחת על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בודקת מילת השאלה "מתי"?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ולאן עלה אלכס?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על הסיפור עם מילת שאלה לבחירתכם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